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Executive Design Directives &amp; Constraints Log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Captures decisions and constraints leadership states once — an overhead-utilities mandate, a no-private-offices rule, a LEED commitment — before they get lost. "Addressed Where" should name the specific downstream form or step so each directive has a traceable landing spot. Every row that is a mandatory constraint (not just a preference) gets a Constraint ID here — the Mandatory Constraints Screen (Form 09, Part A) references constraints by this ID rather than re-describing them, so assign IDs as soon as a row is entered, not after the fact.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224"/>
        <w:gridCol w:w="1656"/>
        <w:gridCol w:w="1008"/>
        <w:gridCol w:w="1152"/>
        <w:gridCol w:w="2088"/>
        <w:gridCol w:w="1656"/>
        <w:gridCol w:w="864"/>
      </w:tblGrid>
      <w:tr>
        <w:tc>
          <w:tcPr>
            <w:tcW w:type="dxa" w:w="122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Constraint ID</w:t>
            </w:r>
          </w:p>
        </w:tc>
        <w:tc>
          <w:tcPr>
            <w:tcW w:type="dxa" w:w="165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Directive / Requirement</w:t>
            </w:r>
          </w:p>
        </w:tc>
        <w:tc>
          <w:tcPr>
            <w:tcW w:type="dxa" w:w="100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Source</w:t>
            </w:r>
          </w:p>
        </w:tc>
        <w:tc>
          <w:tcPr>
            <w:tcW w:type="dxa" w:w="115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Category</w:t>
            </w:r>
          </w:p>
        </w:tc>
        <w:tc>
          <w:tcPr>
            <w:tcW w:type="dxa" w:w="208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Business Rationale</w:t>
            </w:r>
          </w:p>
        </w:tc>
        <w:tc>
          <w:tcPr>
            <w:tcW w:type="dxa" w:w="165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Addressed Where</w:t>
            </w:r>
          </w:p>
        </w:tc>
        <w:tc>
          <w:tcPr>
            <w:tcW w:type="dxa" w:w="86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12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8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2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8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2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8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2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8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2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8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2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8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2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8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2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8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2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8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2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8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65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