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Space &amp; Density Worksheet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Refines preliminary space estimates into full GSF/NSF/OSF/NOSF classification and calculates Equipment Packing Density (EPD) per area, on the selected layout only. GSF = Gross SF. NSF = Net SF. OSF = Operations SF. NOSF = Non-Operations SF. EPD = Value-Add SF ÷ OSF.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1152"/>
        <w:gridCol w:w="1152"/>
        <w:gridCol w:w="1152"/>
        <w:gridCol w:w="1152"/>
        <w:gridCol w:w="1440"/>
        <w:gridCol w:w="1008"/>
      </w:tblGrid>
      <w:tr>
        <w:tc>
          <w:tcPr>
            <w:tcW w:type="dxa" w:w="230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Area / Department</w:t>
            </w:r>
          </w:p>
        </w:tc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GSF</w:t>
            </w:r>
          </w:p>
        </w:tc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NSF</w:t>
            </w:r>
          </w:p>
        </w:tc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OSF</w:t>
            </w:r>
          </w:p>
        </w:tc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NOSF</w:t>
            </w:r>
          </w:p>
        </w:tc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Value-Add SF</w:t>
            </w:r>
          </w:p>
        </w:tc>
        <w:tc>
          <w:tcPr>
            <w:tcW w:type="dxa" w:w="100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EPD</w:t>
            </w:r>
          </w:p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</w:rPr>
              <w:t>TOTAL</w:t>
            </w:r>
          </w:p>
        </w:tc>
        <w:tc>
          <w:tcPr>
            <w:tcW w:type="dxa" w:w="1152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