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Flow &amp; Travel-Distance Tracker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Maps interior movement and quantifies aggregate travel distance, measured rather than assumed. Primarily material flow. % Reduction = (Baseline Total − Proposed Total) ÷ Baseline Total.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008"/>
        <w:gridCol w:w="1584"/>
        <w:gridCol w:w="1584"/>
        <w:gridCol w:w="1728"/>
        <w:gridCol w:w="1728"/>
      </w:tblGrid>
      <w:tr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From Area</w:t>
            </w:r>
          </w:p>
        </w:tc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To Area</w:t>
            </w:r>
          </w:p>
        </w:tc>
        <w:tc>
          <w:tcPr>
            <w:tcW w:type="dxa" w:w="100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Trips/Day</w:t>
            </w:r>
          </w:p>
        </w:tc>
        <w:tc>
          <w:tcPr>
            <w:tcW w:type="dxa" w:w="158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Distance — Baseline (ft)</w:t>
            </w:r>
          </w:p>
        </w:tc>
        <w:tc>
          <w:tcPr>
            <w:tcW w:type="dxa" w:w="158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Distance — Proposed (ft)</w:t>
            </w:r>
          </w:p>
        </w:tc>
        <w:tc>
          <w:tcPr>
            <w:tcW w:type="dxa" w:w="172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Daily Travel — Baseline (ft)</w:t>
            </w:r>
          </w:p>
        </w:tc>
        <w:tc>
          <w:tcPr>
            <w:tcW w:type="dxa" w:w="172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Daily Travel — Proposed (ft)</w:t>
            </w:r>
          </w:p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</w:rPr>
              <w:t>TOTAL</w:t>
            </w:r>
          </w:p>
        </w:tc>
        <w:tc>
          <w:tcPr>
            <w:tcW w:type="dxa" w:w="1440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