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Delivery &amp; Procurement Strategy Worksheet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A deliberate choice, not a default. The delivery method and procurement approach should match this project's actual risk profile and schedule pressure.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Delivery Method Selected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Design-Bid-Build / Design-Build / CM at Risk / Integrated Project Delivery / Other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 for This Method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Owner's In-House Capacity to Manage This Delivery Method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Procurement Approach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Competitive Bid / Negotiated / Sole-Source / Other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How This Matches the Project's Risk Tolerance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