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Board / Committee Presentation Checklist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Confirms every piece of the Phase 1-3 package the approving body will expect is actually attached, and names who presents each piece.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1296"/>
        <w:gridCol w:w="2736"/>
      </w:tblGrid>
      <w:tr>
        <w:tc>
          <w:tcPr>
            <w:tcW w:type="dxa" w:w="3216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3216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Attached?</w:t>
            </w:r>
          </w:p>
        </w:tc>
        <w:tc>
          <w:tcPr>
            <w:tcW w:type="dxa" w:w="3216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Presenter</w:t>
            </w:r>
          </w:p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Funding Package Summary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Capital Appropriation Request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Gate 1 Decision Record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Gate 2 Decision Record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Gate 3 Decision Record &amp; Facility Readiness Score Summary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Cost Estimate Summary (Phase 3)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Schedule Summary &amp; Long-Lead Items Worksheet (Phase 3)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Risk Register &amp; Key Assumptions (Phase 3)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51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Delivery &amp; Procurement Strategy Worksheet (Phase 3)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